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color w:val="003366"/>
          <w:sz w:val="22"/>
        </w:rPr>
        <w:t>MINISTERO dell'ISTRUZIONE e del MERITO</w:t>
      </w:r>
    </w:p>
    <w:p>
      <w:pPr>
        <w:spacing w:after="20"/>
        <w:jc w:val="center"/>
      </w:pPr>
      <w:r>
        <w:rPr>
          <w:b/>
          <w:color w:val="003366"/>
          <w:sz w:val="20"/>
        </w:rPr>
        <w:t>UFFICIO SCOLASTICO REGIONALE PER IL LAZIO</w:t>
      </w:r>
    </w:p>
    <w:p>
      <w:pPr>
        <w:spacing w:after="20"/>
        <w:jc w:val="center"/>
      </w:pPr>
      <w:r>
        <w:rPr>
          <w:b/>
          <w:color w:val="002060"/>
          <w:sz w:val="25"/>
        </w:rPr>
        <w:t>Istituto Magistrale Statale "L. Pietrobono"</w:t>
      </w:r>
    </w:p>
    <w:p>
      <w:pPr>
        <w:spacing w:after="20"/>
        <w:jc w:val="center"/>
      </w:pPr>
      <w:r>
        <w:rPr>
          <w:i/>
          <w:color w:val="444444"/>
          <w:sz w:val="19"/>
        </w:rPr>
        <w:t>Liceo Linguistico - Liceo Scienze Umane - Liceo Scientifico - Liceo Classico</w:t>
      </w:r>
    </w:p>
    <w:p>
      <w:pPr>
        <w:spacing w:after="20"/>
        <w:jc w:val="center"/>
      </w:pPr>
      <w:r>
        <w:rPr>
          <w:color w:val="555555"/>
          <w:sz w:val="17"/>
        </w:rPr>
        <w:t>Piazza S. Maria Maggiore, 6 - 03011 ALATRI (Fr) - Tel. 0775/435157 - fax 0775/257524 - C.F. 80012730604</w:t>
      </w:r>
    </w:p>
    <w:p>
      <w:pPr>
        <w:spacing w:after="120"/>
        <w:jc w:val="center"/>
      </w:pPr>
      <w:r>
        <w:rPr>
          <w:color w:val="555555"/>
          <w:sz w:val="17"/>
        </w:rPr>
        <w:t>Sito Web: liceoalatri.edu.it  |  e-mail: frpm080001@istruzione.it  |  PEC: frpm080001@pec.istruzione.it</w:t>
      </w:r>
    </w:p>
    <w:p>
      <w:pPr>
        <w:spacing w:after="160"/>
        <w:pBdr>
          <w:bottom w:val="single" w:sz="12" w:space="1" w:color="003366"/>
        </w:pBdr>
      </w:pPr>
    </w:p>
    <w:p>
      <w:pPr>
        <w:spacing w:after="40"/>
      </w:pPr>
      <w:r>
        <w:rPr>
          <w:sz w:val="20"/>
        </w:rPr>
        <w:t>Alatri, 18 settembre 2026</w:t>
      </w:r>
    </w:p>
    <w:p>
      <w:pPr>
        <w:spacing w:after="160"/>
      </w:pPr>
      <w:r>
        <w:rPr>
          <w:b/>
          <w:color w:val="003366"/>
          <w:sz w:val="22"/>
        </w:rPr>
        <w:t>COMUNICAZIONE N. _______ - ALLEGATO MODELLO DI CANDIDATURA</w:t>
      </w:r>
    </w:p>
    <w:p>
      <w:pPr>
        <w:spacing w:after="200"/>
        <w:jc w:val="center"/>
      </w:pPr>
      <w:r>
        <w:rPr>
          <w:b/>
          <w:color w:val="002060"/>
          <w:sz w:val="24"/>
        </w:rPr>
        <w:t>MODULO DI CANDIDATURA / MANIFESTAZIONE DI DISPONIBILITÀ</w:t>
        <w:br/>
        <w:t>PER GLI INCARICHI DEL FUNZIONIGRAMMA – A.S. 2026/2027</w:t>
      </w:r>
    </w:p>
    <w:p>
      <w:pPr>
        <w:spacing w:after="200" w:line="276" w:lineRule="auto"/>
      </w:pPr>
      <w:r>
        <w:rPr>
          <w:b/>
          <w:sz w:val="20"/>
        </w:rPr>
        <w:t>Alla Dirigente Scolastica</w:t>
        <w:br/>
        <w:t>Prof.ssa Simona SCARSELLA</w:t>
        <w:br/>
        <w:t>Istituto Magistrale Statale "L. Pietrobono" - ALATRI</w:t>
      </w:r>
    </w:p>
    <w:p>
      <w:pPr>
        <w:spacing w:after="160" w:line="300" w:lineRule="auto"/>
      </w:pPr>
      <w:r>
        <w:t>Il/La sottoscritto/a: _____________________________________________________________________</w:t>
        <w:br/>
      </w:r>
      <w:r>
        <w:t>Nato/a a: ________________________________________ Prov. (____) il: _____ / _____ / ________</w:t>
        <w:br/>
      </w:r>
      <w:r>
        <w:t>In servizio presso codesto Istituto in qualità di docente a tempo:   [  ] Indeterminato    [  ] Determinato</w:t>
        <w:br/>
      </w:r>
      <w:r>
        <w:t>Classe di concorso / Disciplina di insegnamento: ___________________________________________</w:t>
        <w:br/>
      </w:r>
      <w:r>
        <w:t>Plesso/Sede di servizio: _________________________________________________________________</w:t>
        <w:br/>
      </w:r>
      <w:r>
        <w:t>Recapito telefonico: ___________________________  E-mail: _________________________________</w:t>
      </w:r>
    </w:p>
    <w:p>
      <w:pPr>
        <w:spacing w:before="160" w:after="120"/>
      </w:pPr>
      <w:r>
        <w:rPr>
          <w:b/>
          <w:sz w:val="22"/>
        </w:rPr>
        <w:t>DICHIARA</w:t>
      </w:r>
    </w:p>
    <w:p>
      <w:pPr>
        <w:spacing w:after="160" w:line="276" w:lineRule="auto"/>
      </w:pPr>
      <w:r>
        <w:t>la propria formale disponibilità ad assumere, per l'a.s. 2026/2027, il/i seguente/i incarico/i (barrare la/le casella/e di interesse):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9936"/>
            <w:gridSpan w:val="2"/>
            <w:shd w:fill="E8EEF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60" w:after="60"/>
            </w:pPr>
            <w:r>
              <w:rPr>
                <w:b/>
                <w:color w:val="003366"/>
                <w:sz w:val="19"/>
              </w:rPr>
              <w:t>1. SUPPORTO ORGANIZZATIVO E DI SEDE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Coordinatore di Sede - Liceo Scientifico</w:t>
            </w:r>
          </w:p>
        </w:tc>
      </w:tr>
      <w:tr>
        <w:tc>
          <w:tcPr>
            <w:tcW w:type="dxa" w:w="9936"/>
            <w:gridSpan w:val="2"/>
            <w:shd w:fill="E8EEF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60" w:after="60"/>
            </w:pPr>
            <w:r>
              <w:rPr>
                <w:b/>
                <w:color w:val="003366"/>
                <w:sz w:val="19"/>
              </w:rPr>
              <w:t>2. ORIENTAMENTO E FORMAZIONE DOCENTI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Docente Tutor (ai sensi delle Linee guida per l'orientamento)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Tutor per docenti neoimmessi in ruolo (a.s. 2026/2027)</w:t>
            </w:r>
          </w:p>
        </w:tc>
      </w:tr>
      <w:tr>
        <w:tc>
          <w:tcPr>
            <w:tcW w:type="dxa" w:w="9936"/>
            <w:gridSpan w:val="2"/>
            <w:shd w:fill="E8EEF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60" w:after="60"/>
            </w:pPr>
            <w:r>
              <w:rPr>
                <w:b/>
                <w:color w:val="003366"/>
                <w:sz w:val="19"/>
              </w:rPr>
              <w:t>3. INNOVAZIONE DIGITALE E PIATTAFORME WEB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Animatore Digitale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Componente Team Digitale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Responsabile Piattaforme WEB / DDI (Classroom e Meet)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Responsabile Sito Web d'Istituto</w:t>
            </w:r>
          </w:p>
        </w:tc>
      </w:tr>
      <w:tr>
        <w:tc>
          <w:tcPr>
            <w:tcW w:type="dxa" w:w="9936"/>
            <w:gridSpan w:val="2"/>
            <w:shd w:fill="E8EEF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60" w:after="60"/>
            </w:pPr>
            <w:r>
              <w:rPr>
                <w:b/>
                <w:color w:val="003366"/>
                <w:sz w:val="19"/>
              </w:rPr>
              <w:t>4. VALUTAZIONE, REFERENTI E GRUPPI DI LAVORO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Componente NIV (Commissione afferente Area 1 e Area 2)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Responsabile Prove INVALSI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Componente Gruppo di Lavoro per le STEAM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Responsabile delle Attività di FSL / PCTO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Coordinatore Attività di Educazione Civica d'Istituto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Referente d'Istituto per il contrasto al Bullismo e Cyberbullismo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Referente Pubblicizzazioni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Referente ESABAC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Componente Team per l'Internazionalizzazione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Componente Commissione Viaggi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Preposto all'osservanza del Divieto di Fumo</w:t>
            </w:r>
          </w:p>
        </w:tc>
      </w:tr>
      <w:tr>
        <w:tc>
          <w:tcPr>
            <w:tcW w:type="dxa" w:w="9936"/>
            <w:gridSpan w:val="2"/>
            <w:shd w:fill="E8EEF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60" w:after="60"/>
            </w:pPr>
            <w:r>
              <w:rPr>
                <w:b/>
                <w:color w:val="003366"/>
                <w:sz w:val="19"/>
              </w:rPr>
              <w:t>5. COORDINATORI DI DIPARTIMENTO DISCIPLINARE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Coordinatore Dipartimento Materie Letterarie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Coordinatore Dipartimento Matematica - Fisica - Informatica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Coordinatore Dipartimento Scienze Umane - Storia - Filosofia - IRC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Coordinatore Dipartimento Scienze Motorie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Coordinatore Dipartimento Lingue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Coordinatore Dipartimento Disegno e Storia dell'Arte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Coordinatore Dipartimento di Scienze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Coordinatore Dipartimento Inclusione</w:t>
            </w:r>
          </w:p>
        </w:tc>
      </w:tr>
      <w:tr>
        <w:tc>
          <w:tcPr>
            <w:tcW w:type="dxa" w:w="9936"/>
            <w:gridSpan w:val="2"/>
            <w:shd w:fill="E8EEF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60" w:after="60"/>
            </w:pPr>
            <w:r>
              <w:rPr>
                <w:b/>
                <w:color w:val="003366"/>
                <w:sz w:val="19"/>
              </w:rPr>
              <w:t>6. RESPONSABILI / DIRETTORI DI LABORATORIO E BIBLIOTECA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Laboratorio di Informatica - Sede Centrale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Laboratorio di Informatica - Sede Scientifico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Laboratorio di Scienze-Fisica - Sede Centrale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Laboratorio di Scienze - Sede Scientifico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Laboratorio di Fisica - Sede Scientifico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Biblioteca - Sede Centrale</w:t>
            </w:r>
          </w:p>
        </w:tc>
      </w:tr>
      <w:tr>
        <w:tc>
          <w:tcPr>
            <w:tcW w:type="dxa" w:w="864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non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20"/>
              </w:rPr>
              <w:t>[   ]</w:t>
            </w:r>
          </w:p>
        </w:tc>
        <w:tc>
          <w:tcPr>
            <w:tcW w:type="dxa" w:w="9072"/>
            <w:tcMar>
              <w:top w:w="40" w:type="dxa"/>
              <w:bottom w:w="40" w:type="dxa"/>
              <w:left w:w="60" w:type="dxa"/>
              <w:right w:w="6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none" w:sz="4" w:space="0" w:color="CCCCCC"/>
            </w:tcBorders>
          </w:tcPr>
          <w:p>
            <w:pPr>
              <w:spacing w:before="20" w:after="20"/>
            </w:pPr>
            <w:r>
              <w:rPr>
                <w:sz w:val="19"/>
              </w:rPr>
              <w:t>Biblioteca - Sede Scientifico</w:t>
            </w:r>
          </w:p>
        </w:tc>
      </w:tr>
    </w:tbl>
    <w:p>
      <w:pPr>
        <w:spacing w:before="200" w:after="80"/>
      </w:pPr>
      <w:r>
        <w:rPr>
          <w:b/>
          <w:sz w:val="19"/>
        </w:rPr>
        <w:t>Breve sintesi delle competenze/esperienze pregresse coerenti con l'incarico richiesto (facoltativo):</w:t>
      </w:r>
    </w:p>
    <w:p>
      <w:pPr>
        <w:spacing w:after="40"/>
      </w:pPr>
      <w:r>
        <w:t>________________________________________________________________________________________________________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________________________________________________________________________________________________________</w:t>
      </w:r>
    </w:p>
    <w:p>
      <w:pPr>
        <w:spacing w:after="280" w:line="276" w:lineRule="auto"/>
      </w:pPr>
      <w:r>
        <w:t xml:space="preserve">Il presente modulo compilato e sottoscritto deve essere trasmesso all'indirizzo e-mail </w:t>
      </w:r>
      <w:r>
        <w:rPr>
          <w:b/>
        </w:rPr>
        <w:t xml:space="preserve">frpm080001@istruzione.it </w:t>
      </w:r>
      <w:r>
        <w:t xml:space="preserve">improrogabilmente </w:t>
      </w:r>
      <w:r>
        <w:rPr>
          <w:b/>
          <w:color w:val="B00000"/>
        </w:rPr>
        <w:t>entro e non oltre le ore 12:00 del 22 settembre 2026.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pPr>
              <w:spacing w:line="288" w:lineRule="auto"/>
            </w:pPr>
            <w:r>
              <w:t>Data: _____ / _____ / 2026</w:t>
              <w:br/>
              <w:br/>
              <w:br/>
              <w:t>Firma del/della Docente</w:t>
              <w:br/>
              <w:t>__________________________________</w:t>
            </w:r>
          </w:p>
        </w:tc>
        <w:tc>
          <w:tcPr>
            <w:tcW w:type="dxa" w:w="4896"/>
          </w:tcPr>
          <w:p>
            <w:pPr>
              <w:spacing w:line="288" w:lineRule="auto"/>
              <w:jc w:val="right"/>
            </w:pPr>
            <w:r>
              <w:t>La Dirigente Scolastica</w:t>
              <w:br/>
            </w:r>
            <w:r>
              <w:rPr>
                <w:b/>
              </w:rPr>
              <w:t>Prof.ssa Simona SCARSELLA</w:t>
              <w:br/>
            </w:r>
            <w:r>
              <w:rPr>
                <w:i/>
                <w:color w:val="555555"/>
                <w:sz w:val="18"/>
              </w:rPr>
              <w:t>Documento firmato digitalmente</w:t>
            </w:r>
          </w:p>
        </w:tc>
      </w:tr>
    </w:tbl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